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¿Dónde está mi móvil?</w:t>
      </w:r>
    </w:p>
    <w:p>
      <w:r>
        <w:rPr>
          <w:i/>
          <w:color w:val="555555"/>
        </w:rPr>
        <w:t>Canción para aprender las preposiciones de lugar y el verbo estar · Español A1 · Erik Arranz Jiménez</w:t>
      </w:r>
    </w:p>
    <w:p>
      <w:pPr>
        <w:spacing w:before="200" w:after="40"/>
      </w:pPr>
      <w:r>
        <w:rPr>
          <w:b/>
          <w:color w:val="0F766E"/>
        </w:rPr>
        <w:t>INTRO</w:t>
      </w:r>
    </w:p>
    <w:p>
      <w:pPr>
        <w:spacing w:after="0"/>
      </w:pPr>
      <w:r>
        <w:t>Yeah...</w:t>
      </w:r>
    </w:p>
    <w:p>
      <w:pPr>
        <w:spacing w:after="0"/>
      </w:pPr>
      <w:r>
        <w:t>Pronto por la mañana,</w:t>
      </w:r>
    </w:p>
    <w:p>
      <w:pPr>
        <w:spacing w:after="0"/>
      </w:pPr>
      <w:r>
        <w:t>Tengo prisa. No veo nada.</w:t>
      </w:r>
    </w:p>
    <w:p>
      <w:pPr>
        <w:spacing w:after="0"/>
      </w:pPr>
      <w:r>
        <w:t>Mi habitación es un misterio...</w:t>
      </w:r>
    </w:p>
    <w:p>
      <w:pPr>
        <w:spacing w:after="0"/>
      </w:pPr>
      <w:r>
        <w:t>A ver, cámara, sígueme. Vamos despacio.</w:t>
      </w:r>
    </w:p>
    <w:p>
      <w:pPr>
        <w:spacing w:before="200" w:after="40"/>
      </w:pPr>
      <w:r>
        <w:rPr>
          <w:b/>
          <w:color w:val="0F766E"/>
        </w:rPr>
        <w:t>Estrofa 1: ENCIMA DE / DEBAJO DE</w:t>
      </w:r>
    </w:p>
    <w:p>
      <w:pPr>
        <w:spacing w:after="0"/>
      </w:pPr>
      <w:r>
        <w:t>Busco mi móvil, no sé dónde está,</w:t>
      </w:r>
    </w:p>
    <w:p>
      <w:pPr>
        <w:spacing w:after="0"/>
      </w:pPr>
      <w:r>
        <w:t>miro la mesa... ¡no puede ser verdad!</w:t>
      </w:r>
    </w:p>
    <w:p>
      <w:pPr>
        <w:spacing w:after="0"/>
      </w:pPr>
      <w:r>
        <w:t>Encima de la mesa... solo hay un papel.</w:t>
      </w:r>
    </w:p>
    <w:p>
      <w:pPr>
        <w:spacing w:after="0"/>
      </w:pPr>
      <w:r>
        <w:t>Encima de la mesa... un vaso con café.</w:t>
      </w:r>
    </w:p>
    <w:p>
      <w:pPr>
        <w:spacing w:after="0"/>
      </w:pPr>
    </w:p>
    <w:p>
      <w:pPr>
        <w:spacing w:after="0"/>
      </w:pPr>
      <w:r>
        <w:t>Bajo la mirada, miro hacia el suelo...</w:t>
      </w:r>
    </w:p>
    <w:p>
      <w:pPr>
        <w:spacing w:after="0"/>
      </w:pPr>
      <w:r>
        <w:t>Debajo de la cama... ¡veo mi cuaderno!</w:t>
      </w:r>
    </w:p>
    <w:p>
      <w:pPr>
        <w:spacing w:after="0"/>
      </w:pPr>
      <w:r>
        <w:t>Debajo de la cama... duerme el perro,</w:t>
      </w:r>
    </w:p>
    <w:p>
      <w:pPr>
        <w:spacing w:after="0"/>
      </w:pPr>
      <w:r>
        <w:t>encima, debajo... ¡pero el móvil no lo veo!</w:t>
      </w:r>
    </w:p>
    <w:p>
      <w:pPr>
        <w:spacing w:before="200" w:after="40"/>
      </w:pPr>
      <w:r>
        <w:rPr>
          <w:b/>
          <w:color w:val="0F766E"/>
        </w:rPr>
        <w:t>Estrofa 2: DENTRO DE / FUERA DE</w:t>
      </w:r>
    </w:p>
    <w:p>
      <w:pPr>
        <w:spacing w:after="0"/>
      </w:pPr>
      <w:r>
        <w:t>Vale, respira. Abre la mochila.</w:t>
      </w:r>
    </w:p>
    <w:p>
      <w:pPr>
        <w:spacing w:after="0"/>
      </w:pPr>
      <w:r>
        <w:t>Mira bien dentro, mira en la esquina.</w:t>
      </w:r>
    </w:p>
    <w:p>
      <w:pPr>
        <w:spacing w:after="0"/>
      </w:pPr>
      <w:r>
        <w:t>Dentro de la mochila... están las llaves.</w:t>
      </w:r>
    </w:p>
    <w:p>
      <w:pPr>
        <w:spacing w:after="0"/>
      </w:pPr>
      <w:r>
        <w:t>Dentro de la caja... hay unos cables.</w:t>
      </w:r>
    </w:p>
    <w:p>
      <w:pPr>
        <w:spacing w:after="0"/>
      </w:pPr>
    </w:p>
    <w:p>
      <w:pPr>
        <w:spacing w:after="0"/>
      </w:pPr>
      <w:r>
        <w:t>Todo lo demás está fuera.</w:t>
      </w:r>
    </w:p>
    <w:p>
      <w:pPr>
        <w:spacing w:after="0"/>
      </w:pPr>
      <w:r>
        <w:t>Mis zapatos viejos, fuera de la maleta.</w:t>
      </w:r>
    </w:p>
    <w:p>
      <w:pPr>
        <w:spacing w:after="0"/>
      </w:pPr>
      <w:r>
        <w:t>La ropa tirada, fuera del armario.</w:t>
      </w:r>
    </w:p>
    <w:p>
      <w:pPr>
        <w:spacing w:after="0"/>
      </w:pPr>
      <w:r>
        <w:t>Dentro y fuera... ¡esto es un naufragio!</w:t>
      </w:r>
    </w:p>
    <w:p>
      <w:pPr>
        <w:spacing w:before="200" w:after="40"/>
      </w:pPr>
      <w:r>
        <w:rPr>
          <w:b/>
          <w:color w:val="0F766E"/>
        </w:rPr>
        <w:t>ESTRIBILLO</w:t>
      </w:r>
    </w:p>
    <w:p>
      <w:pPr>
        <w:spacing w:after="0"/>
      </w:pPr>
      <w:r>
        <w:rPr>
          <w:b/>
        </w:rPr>
        <w:t>¿Dónde está? ¿Dónde está?</w:t>
      </w:r>
    </w:p>
    <w:p>
      <w:pPr>
        <w:spacing w:after="0"/>
      </w:pPr>
      <w:r>
        <w:rPr>
          <w:b/>
        </w:rPr>
        <w:t>Mira bien, apunta ya.</w:t>
      </w:r>
    </w:p>
    <w:p>
      <w:pPr>
        <w:spacing w:after="0"/>
      </w:pPr>
      <w:r>
        <w:rPr>
          <w:b/>
        </w:rPr>
        <w:t>Arriba, abajo, cerca o lejos,</w:t>
      </w:r>
    </w:p>
    <w:p>
      <w:pPr>
        <w:spacing w:after="0"/>
      </w:pPr>
      <w:r>
        <w:rPr>
          <w:b/>
        </w:rPr>
        <w:t>en este caos yo me pierdo.</w:t>
      </w:r>
    </w:p>
    <w:p>
      <w:pPr>
        <w:spacing w:after="0"/>
      </w:pPr>
      <w:r>
        <w:rPr>
          <w:b/>
        </w:rPr>
        <w:t>¿Dónde está? ¿Dónde está?</w:t>
      </w:r>
    </w:p>
    <w:p>
      <w:pPr>
        <w:spacing w:after="0"/>
      </w:pPr>
      <w:r>
        <w:rPr>
          <w:b/>
        </w:rPr>
        <w:t>Con el verbo ESTAR lo vas a encontrar.</w:t>
      </w:r>
    </w:p>
    <w:p>
      <w:pPr>
        <w:spacing w:before="200" w:after="40"/>
      </w:pPr>
      <w:r>
        <w:rPr>
          <w:b/>
          <w:color w:val="0F766E"/>
        </w:rPr>
        <w:t>Estrofa 3: DELANTE DE / DETRÁS DE</w:t>
      </w:r>
    </w:p>
    <w:p>
      <w:pPr>
        <w:spacing w:after="0"/>
      </w:pPr>
      <w:r>
        <w:t>Sigo buscando, miro la pantalla,</w:t>
      </w:r>
    </w:p>
    <w:p>
      <w:pPr>
        <w:spacing w:after="0"/>
      </w:pPr>
      <w:r>
        <w:t>hay un gato negro que no se calla.</w:t>
      </w:r>
    </w:p>
    <w:p>
      <w:pPr>
        <w:spacing w:after="0"/>
      </w:pPr>
      <w:r>
        <w:t>Delante de la tele... el gato me mira.</w:t>
      </w:r>
    </w:p>
    <w:p>
      <w:pPr>
        <w:spacing w:after="0"/>
      </w:pPr>
      <w:r>
        <w:t>Delante de la puerta... está mi silla.</w:t>
      </w:r>
    </w:p>
    <w:p>
      <w:pPr>
        <w:spacing w:after="0"/>
      </w:pPr>
    </w:p>
    <w:p>
      <w:pPr>
        <w:spacing w:after="0"/>
      </w:pPr>
      <w:r>
        <w:t>Pero, ¿qué suena por ahí atrás?</w:t>
      </w:r>
    </w:p>
    <w:p>
      <w:pPr>
        <w:spacing w:after="0"/>
      </w:pPr>
      <w:r>
        <w:t>Vibrando en silencio... ¿dónde estará?</w:t>
      </w:r>
    </w:p>
    <w:p>
      <w:pPr>
        <w:spacing w:after="0"/>
      </w:pPr>
      <w:r>
        <w:t>Detrás de la cortina... ¡hay una sombra!</w:t>
      </w:r>
    </w:p>
    <w:p>
      <w:pPr>
        <w:spacing w:after="0"/>
      </w:pPr>
      <w:r>
        <w:t>Detrás del sofá... ¡solo hay una alfombra!</w:t>
      </w:r>
    </w:p>
    <w:p>
      <w:pPr>
        <w:spacing w:after="0"/>
      </w:pPr>
      <w:r>
        <w:t>Delante, detrás... ¡que alguien me responda!</w:t>
      </w:r>
    </w:p>
    <w:p>
      <w:pPr>
        <w:spacing w:before="200" w:after="40"/>
      </w:pPr>
      <w:r>
        <w:rPr>
          <w:b/>
          <w:color w:val="0F766E"/>
        </w:rPr>
        <w:t>Estrofa 4: A LA IZQUIERDA / A LA DERECHA / AL LADO DE / ENTRE</w:t>
      </w:r>
    </w:p>
    <w:p>
      <w:pPr>
        <w:spacing w:after="0"/>
      </w:pPr>
      <w:r>
        <w:t>Me paro en el centro. Modo radar.</w:t>
      </w:r>
    </w:p>
    <w:p>
      <w:pPr>
        <w:spacing w:after="0"/>
      </w:pPr>
      <w:r>
        <w:t>Giro la cabeza, vamos a escanear.</w:t>
      </w:r>
    </w:p>
    <w:p>
      <w:pPr>
        <w:spacing w:after="0"/>
      </w:pPr>
      <w:r>
        <w:t>Miro a la izquierda... está la ventana.</w:t>
      </w:r>
    </w:p>
    <w:p>
      <w:pPr>
        <w:spacing w:after="0"/>
      </w:pPr>
      <w:r>
        <w:t>Miro a la derecha... está mi guitarra.</w:t>
      </w:r>
    </w:p>
    <w:p>
      <w:pPr>
        <w:spacing w:after="0"/>
      </w:pPr>
    </w:p>
    <w:p>
      <w:pPr>
        <w:spacing w:after="0"/>
      </w:pPr>
      <w:r>
        <w:t>Al lado de la guitarra, veo el cargador...</w:t>
      </w:r>
    </w:p>
    <w:p>
      <w:pPr>
        <w:spacing w:after="0"/>
      </w:pPr>
      <w:r>
        <w:t>Al lado del enchufe, ¡qué buena pista, por favor!</w:t>
      </w:r>
    </w:p>
    <w:p>
      <w:pPr>
        <w:spacing w:after="0"/>
      </w:pPr>
      <w:r>
        <w:t>Sigo el cable negro... ¿dónde va a parar?</w:t>
      </w:r>
    </w:p>
    <w:p>
      <w:pPr>
        <w:spacing w:after="0"/>
      </w:pPr>
      <w:r>
        <w:t>Entre dos cojines... ¡acaba de brillar!</w:t>
      </w:r>
    </w:p>
    <w:p>
      <w:pPr>
        <w:spacing w:after="0"/>
      </w:pPr>
      <w:r>
        <w:t>Sí, entre el cojín rojo y el cojín azul...</w:t>
      </w:r>
    </w:p>
    <w:p>
      <w:pPr>
        <w:spacing w:after="0"/>
      </w:pPr>
      <w:r>
        <w:t>¡Ahí está mi móvil! ¡Lo encontraste tú!</w:t>
      </w:r>
    </w:p>
    <w:p>
      <w:pPr>
        <w:spacing w:before="200" w:after="40"/>
      </w:pPr>
      <w:r>
        <w:rPr>
          <w:b/>
          <w:color w:val="0F766E"/>
        </w:rPr>
        <w:t>OUTRO</w:t>
      </w:r>
    </w:p>
    <w:p>
      <w:pPr>
        <w:spacing w:after="0"/>
      </w:pPr>
      <w:r>
        <w:t>Por fin...</w:t>
      </w:r>
    </w:p>
    <w:p>
      <w:pPr>
        <w:spacing w:after="0"/>
      </w:pPr>
      <w:r>
        <w:t>Entre los cojines.</w:t>
      </w:r>
    </w:p>
    <w:p>
      <w:pPr>
        <w:spacing w:after="0"/>
      </w:pPr>
      <w:r>
        <w:t>Encima del sofá.</w:t>
      </w:r>
    </w:p>
    <w:p>
      <w:pPr>
        <w:spacing w:after="0"/>
      </w:pPr>
      <w:r>
        <w:t>Al lado de la guitarra.</w:t>
      </w:r>
    </w:p>
    <w:p>
      <w:pPr>
        <w:spacing w:after="0"/>
      </w:pPr>
      <w:r>
        <w:t>Dentro de mi habitación.</w:t>
      </w:r>
    </w:p>
    <w:p>
      <w:pPr>
        <w:spacing w:after="0"/>
      </w:pPr>
      <w:r>
        <w:t>Misión cumplida.</w:t>
      </w:r>
    </w:p>
    <w:p>
      <w:pPr>
        <w:spacing w:after="0"/>
      </w:pPr>
      <w:r>
        <w:t>Ya me puedo ir...</w:t>
      </w:r>
    </w:p>
    <w:p>
      <w:pPr>
        <w:spacing w:after="0"/>
      </w:pPr>
      <w:r>
        <w:t>Espera... ¿y mis llaves?</w:t>
      </w:r>
    </w:p>
    <w:p>
      <w:pPr>
        <w:spacing w:after="0"/>
      </w:pPr>
      <w:r>
        <w:t>¡Ah, sí! Dentro de la mochila.</w:t>
      </w:r>
    </w:p>
    <w:p>
      <w:pPr>
        <w:spacing w:after="0"/>
      </w:pPr>
      <w:r>
        <w:t>Chao.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¿Dónde está mi móvil? · Letra</dc:title>
  <dc:subject/>
  <dc:creator>Erik Arranz Jiménez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